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שלושה אחים, שלוש דרכים – זרמים ביהדות במאה ה-19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להסביר את הרקע להיווצרות הזרמים ביהדות במאה ה-19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להציג את עמדות הזרמים השונים ביחס להלכה ולשינויים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הזרמים ולזהות את המשותף ביניהם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בהמבורג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אין לשנות דבר - 'חדש אסור מן התורה'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תורה עם דרך 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הרב זכריה פרנקל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השמיטה תפילות על שיבת ציון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בפרנקפורט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היו תגובות שונות - רפורמה, אורתודוקסיה וניאו-אורתודוקסיה, לא רק עזיבה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מוצג בסרטון - מתוך רצון להשתלב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החתם סופר התנגד לכל שינוי - 'חדש אסור מן התורה'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זהו עקרון 'תורה עם דרך ארץ'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הוא שמר על ההלכה לצד מחקר היסטורי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מצוין בתאריכי השיעור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המבורג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חדש אסור מן התורה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דרך ארץ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ההיסטורי-פוזיטיבי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נפרדות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צפון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זרמים ומאפיינים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(השמטת תפילות על שיבת ציון)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(חדש אסור מן התורה)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(תורה עם דרך ארץ)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(מחקר היסטורי של ההלכה)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(פרשבורג)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(פרנקפורט)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שינוי שפת התפילה לגרמנית והכנסת עוגב; השמטת תפילות על שיבת ציון. המטרה היתה להתאים את היהדות לחיים המודרניים ולסייע בהשתלבות בחברה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הוא חשש שהן יובילו להתבוללות ולהתרחקות מהכמיהה לארץ ישראל ומהמסורת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שניהם שמרו על ההלכה במלואה; אך הרב הירש ראה באמנציפציה הזדמנות ושילב לימודי חול, בעוד החתם סופר התנגד לכל שינוי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לכלול: עמדת הרפורמה (שינויים בתפילה, השמטת שיבת ציון) עם שתי דוגמאות; עמדת הניאו-אורתודוקסיה (שמירת הלכה מלאה עם לימודי חול) עם שתי דוגמאות; הסבר הבדל ברור - למשל היחס לשינוי בהלכה עצמה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התשובה תתייחס לכך שלמרות חילוקי הדעות, המשפחה (והעם) נשארת מאוחדת; ניתן לקשר למסר של כבוד הדדי בין יהודים בעלי השקפות שונות גם כיום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הרב שמשון רפאל הירש; 'תורה עם דרך ארץ'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חשש מהתבוללות והתרחקות מהכמיהה לארץ ישראל/מהמסורת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המשפחה/העם נשארים מאוחדים למרות הדרכים השונות; שמירה על זהות יהודית בדרכים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להתחיל עם פעילות 'המזוודה' כדי לעורר דיון על מה חשוב לשמר ומה אפשר לשנות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את התלמידים לקבוצות למשימת מיון הכרטיסים לפני המעבר לשאלות הכתובות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יש להדגיש את המסר המשותף בסוף - שלמרות המחלוקות, נשארה אחדות משפחתית/עממית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שלושה אחים, שלוש דרכים – זרמים ביהדות במאה ה-19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במאה ה-19 יהודים בגרמניה קיבלו זכויות וקיבלו השכלה חדשה. הם שאלו: איך להיות יהודים בעולם חדש? נוצרו תשובות שונות - זרמים שונים ביהדות.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רפורמה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זרם שערך שינויים בתפילה ובבית הכנסת כדי להתאים ליהדות לחיים המודרניים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אורתודוקסיה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זרם שדבק בהלכה והתנגד לכל שינוי, בהנהגת החתם סופר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ניאו-אורתודוקסיה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זרם ששמר הלכה מלאה לצד לימודי חול, בהנהגת הרב הירש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תורה עם דרך ארץ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עקרון של הרב הירש - שילוב שמירת מצוות עם השכלה כללית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הזרם ההיסטורי-פוזיטיבי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זרם שהכיר בהתפתחות ההיסטורית של ההלכה, בהנהגת הרב פרנקל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בדלנות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הקמת קהילות אורתודוקסיות נפרדות מהקהילה הכללית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אמנציפציה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קבלת זכויות אזרח שוות ליהודים במדינות אירופה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איפה נפתח בית הכנסת הרפורמי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בפרשבורג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בהמבורג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בפרנקפורט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בברסלאו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חשב החתם סופר על שינויים?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יש לשנות הכול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שינויים קטנים מותרים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אין לשנות דבר - 'חדש אסור מן התורה'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שינויים בתפילה מותרים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שם השיטה של הרב הירש?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חכמת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תורה עם דרך 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תורה ועבודה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שיבת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הקים את הזרם ההיסטורי-פוזיטיבי?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החתם סופר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הרב הירש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הרב זכריה פרנקל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מנהיג ידוע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שינתה הרפורמה בתפילה?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הוסיפה תפילות על שיבת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השמיטה תפילות על שיבת ציון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הוסיפה תפילות בעברית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שינתה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באיזו עיר פעל הרב הירש?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בהמבורג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בברסלאו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בפרנקפורט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בפרשבורג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היהודים שנחשפו להשכלה עזבו את היהדות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הרפורמה השמיטה מן התפילה בקשות על שיבת ציון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החתם סופר תמך בשינויים בבית הכנסת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הרב הירש שילב בבית הספר שלו לימודי קודש וחול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הזרם ההיסטורי-פוזיטיבי התעלם לגמרי מההלכה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המדרש לרבנים בברסלאו נפתח בשנת 1854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בית הכנסת הרפורמי 'היכל' נחנך ב__________ בשנת 1818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החתם סופר אמר שהביטוי '__________' אוסר לשנות ממנהגי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שיטתו של הרב הירש נקראת 'תורה עם 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הרב זכריה פרנקל הנהיג את הזרם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קהילות אורתודוקסיות שפרשו מהקהילה הכללית נקראות קהילות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הרב הירש פרסם את 'אגרות __________' בשנת 1836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זרמים ומאפיינים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רפורמה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פרשבורג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אורתודוקסיה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מחקר היסטורי של ההלכה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ניאו-אורתודוקסיה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השמטת תפילות על שיבת ציון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הזרם ההיסטורי-פוזיטיבי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תורה עם דרך ארץ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החתם סופר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פרנקפורט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הרב הירש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חדש אסור מן התורה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ציינו שני שינויים שערכה הרפורמה והסבירו את מטרתם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מדוע התנגד החתם סופר לאמנציפציה ולהשכלה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במה הסכים הרב הירש עם החתם סופר ובמה חלק עליו?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הציגו את עמדת הרפורמה ואת עמדת הניאו-אורתודוקסיה ביחס לאתגרי האמנציפציה וההשכלה, והסבירו הבדל אחד ביניהן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מלמדת סצנת שולחן השבת בסוף הסרטון על היחסים בין הזרמים? האם יש בה מסר גם לימינו?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היה מנהיג הניאו-אורתודוקסיה ומה הייתה סיסמתו?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היה אחד החששות של החתם סופר מן האמנציפציה?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דבר אחד המשותף לכל הזרמים למרות חילוקי הדעות ביניהם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שלושה אחים, שלוש דרכים – זרמים ביהדות במאה ה-19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